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זמני הפועל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הבניינים ואת הזוגות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משפטים מפעיל לסביל ולהכיר את גזרת ל"י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זמנים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סיומות הגוף בזמן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תחיליות אלה מציינות את הגוף 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זוגות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מפעיל לסביל -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מי עשה את הפעולה ומי קיבל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מעבירים את מי שקיבל את הפעולה להתחלת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החדר סודר על ידי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עבר, הווה,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 מי שעושה את הפעולה בתחילת המשפט, בסביל מי שמקבל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שהאות האחרונה שלו היא י' או 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בהאזנה לכרטיסים הצהובים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תלמידים לזוגות לתרגול ההפיכה מפעיל לסביל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זיהוי בניין נוסף מתוך הדוגמאות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לפועל בעברית יש זמנים שונים (עבר, הווה, עתיד, ציווי) ושבעה בניינים שמתחלקים לזוגות של פעיל וסביל. בדף זה נתרגל זיהוי זמנים, הכרת בניינים, הפיכת משפטים לסביל והכרת גזרת ל"י.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הווה  ·  כתבתי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זמנים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הזמן של הפועל 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בניין נמצא הפועל הזמין?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בזמן עבר הפועל מקבל סיומות כמו תי, ת, 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בזמן עתיד הפועל מקבל תחיליות א, ת, י,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עבר של הפועל לכתוב בגוף אני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הפועל קונה נמצא בזמן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מפעיל לסביל -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מעבירים את מי שקיבל את הפעולה להתחלת המשפט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מי עשה את הפעולה ומי קיבל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הפכו את המשפט הבא מפעיל לסביל: הילדים סידרו את החדר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הזמנים העיקריים של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בניין פעיל לבניין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