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זמני הפועל השונים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שבעת הבניינים ואת הזוגות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הפיכת משפטים מפעיל לסביל ולהכיר את גזרת ל"י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זמנים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לקנות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אלה סיומות הגוף בזמן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תחיליות אלה מציינות את הגוף בעתיד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 שקיבל את הפעולה עובר להתחלה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האות האחרונה בשורש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הזמן נשאר אותו הזמן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על ידי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זוגות פעיל-סביל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(הופעל)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מפעיל לסביל -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מזהים מי עשה את הפעולה ומי קיבל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מעבירים את מי שקיבל את הפעולה להתחלת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הופכים את הפועל לבניין הסביל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מוסיפים את המילים על ידי ואחריהן את מי שעשה את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החדר סודר על ידי הילדים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עבר, הווה, 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 מי שעושה את הפעולה בתחילת המשפט, בסביל מי שמקבל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שהאות האחרונה שלו היא י' או 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בהאזנה לכרטיסים הצהובים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תלמידים לזוגות לתרגול ההפיכה מפעיל לסביל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זיהוי בניין נוסף מתוך הדוגמאות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הפועל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יש לפועל זמנים ובניינים שונים. נלמד להכיר אותם בקלות ולתרגל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מתי קרתה הפעולה: עבר, הווה או 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קבועה שבה בונים פעלים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שעושה את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 סביל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שמקבל את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הצורה הבסיסית, למשל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הפועל שמבקשת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גזרת ל"י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שהאות האחרונה שלו היא י' או ה'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שמהן בונים את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זמנים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הפועל כותב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הפועל אכתוב קורה?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הבניין של הזמין?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בניין סביל שייך לפיעל?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הבניין של התלבש?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אומרים קנה בשם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עבר הפועל מקבל סיומות כמו תי, ת, 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עתיד הפועל מקבל תחיליות א, ת, י, נ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סביל מי שעשה את הפעולה תמיד נמצא בתחילת המשפט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גזרת ל"י היא שורש שהאות הראשונה שלו היא י'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כשהופכים משפט מפעיל לסביל, הזמן של הפועל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עבר של הפועל לכתוב בגוף אני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הבניין הסביל המקביל לבניין קל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הפועל קונה נמצא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הפועל של הפועל בנה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סביל מי שעשה את הפעולה מופיע אחרי המילים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זוגות פעיל-סביל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פיעל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הפעיל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הזמין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הופעל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מפעיל לסביל -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את המילים על ידי ואחריהן את מי שעשה את הפעולה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הופכים את הפועל לבניין הסביל המתאים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מעבירים את מי שקיבל את הפעולה להתחלת המשפט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מזהים מי עשה את הפעולה ומי קיבל אותה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הפכו את המשפט הבא מפעיל לסביל: הילדים סידרו את החדר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הזמנים העיקריים של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בניין פעיל לבניין סביל?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גזרת ל"י?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הפועל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